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AB8DC" w14:textId="709E7F84" w:rsidR="002B5C4E" w:rsidRDefault="002B5C4E">
      <w:pPr>
        <w:rPr>
          <w:b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0B8ED102" wp14:editId="1A242101">
            <wp:simplePos x="0" y="0"/>
            <wp:positionH relativeFrom="column">
              <wp:posOffset>0</wp:posOffset>
            </wp:positionH>
            <wp:positionV relativeFrom="paragraph">
              <wp:posOffset>-1440180</wp:posOffset>
            </wp:positionV>
            <wp:extent cx="5486400" cy="2331720"/>
            <wp:effectExtent l="0" t="0" r="0" b="0"/>
            <wp:wrapNone/>
            <wp:docPr id="118850715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073134" name="Picture 753073134"/>
                    <pic:cNvPicPr/>
                  </pic:nvPicPr>
                  <pic:blipFill>
                    <a:blip r:embed="rId8">
                      <a:alphaModFix am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755ACFD" w14:textId="03055A5E" w:rsidR="00113F5F" w:rsidRDefault="00310A56">
      <w:r>
        <w:rPr>
          <w:b/>
        </w:rPr>
        <w:t xml:space="preserve">Name: </w:t>
      </w:r>
      <w:r>
        <w:t>____________________________________________</w:t>
      </w:r>
      <w:r w:rsidR="002B5C4E">
        <w:t>_____________________________________________________</w:t>
      </w:r>
      <w:r>
        <w:br/>
      </w:r>
      <w:r>
        <w:rPr>
          <w:b/>
        </w:rPr>
        <w:t>Address:</w:t>
      </w:r>
      <w:r>
        <w:rPr>
          <w:b/>
        </w:rPr>
        <w:t xml:space="preserve"> </w:t>
      </w:r>
      <w:r>
        <w:t>________________________________________</w:t>
      </w:r>
      <w:r w:rsidR="002B5C4E">
        <w:t>_____________________________________________________</w:t>
      </w:r>
      <w:r>
        <w:t>_</w:t>
      </w:r>
      <w:r>
        <w:br/>
      </w:r>
      <w:r>
        <w:rPr>
          <w:b/>
        </w:rPr>
        <w:t>City:</w:t>
      </w:r>
      <w:r>
        <w:rPr>
          <w:b/>
        </w:rPr>
        <w:t xml:space="preserve"> </w:t>
      </w:r>
      <w:r>
        <w:t>____________________</w:t>
      </w:r>
      <w:r w:rsidR="002B5C4E">
        <w:t>____________________________</w:t>
      </w:r>
      <w:r>
        <w:t xml:space="preserve">    </w:t>
      </w:r>
      <w:r>
        <w:rPr>
          <w:b/>
        </w:rPr>
        <w:t xml:space="preserve">State: </w:t>
      </w:r>
      <w:r>
        <w:t>______</w:t>
      </w:r>
      <w:r w:rsidR="002B5C4E">
        <w:t>_______</w:t>
      </w:r>
      <w:r>
        <w:t xml:space="preserve">   </w:t>
      </w:r>
      <w:r>
        <w:rPr>
          <w:b/>
        </w:rPr>
        <w:t xml:space="preserve">ZIP: </w:t>
      </w:r>
      <w:r w:rsidR="002B5C4E">
        <w:rPr>
          <w:b/>
        </w:rPr>
        <w:t>_________</w:t>
      </w:r>
      <w:r>
        <w:t>____________</w:t>
      </w:r>
      <w:r>
        <w:br/>
      </w:r>
      <w:r>
        <w:rPr>
          <w:b/>
        </w:rPr>
        <w:t xml:space="preserve">Phone: </w:t>
      </w:r>
      <w:r>
        <w:t>____________________</w:t>
      </w:r>
      <w:r w:rsidR="002B5C4E">
        <w:t>___________________</w:t>
      </w:r>
      <w:r>
        <w:t xml:space="preserve">    </w:t>
      </w:r>
      <w:r>
        <w:rPr>
          <w:b/>
        </w:rPr>
        <w:t xml:space="preserve">Email: </w:t>
      </w:r>
      <w:r>
        <w:t>_______________</w:t>
      </w:r>
      <w:r w:rsidR="002B5C4E">
        <w:t>__________________</w:t>
      </w:r>
      <w:r>
        <w:t>_____________</w:t>
      </w:r>
      <w:r>
        <w:br/>
      </w:r>
      <w:r>
        <w:rPr>
          <w:b/>
        </w:rPr>
        <w:t xml:space="preserve">Emergency Contact (Name / Phone): </w:t>
      </w:r>
      <w:r>
        <w:t>_____________</w:t>
      </w:r>
      <w:r w:rsidR="002B5C4E">
        <w:t>________________</w:t>
      </w:r>
      <w:r>
        <w:t>_______________________________</w:t>
      </w:r>
    </w:p>
    <w:p w14:paraId="2CDA563B" w14:textId="684A0061" w:rsidR="00113F5F" w:rsidRDefault="00310A56">
      <w:pPr>
        <w:pStyle w:val="Heading2"/>
      </w:pPr>
      <w:r>
        <w:t>R</w:t>
      </w:r>
      <w:r>
        <w:t>elease of Liability &amp; Hold Harmless Agreement</w:t>
      </w:r>
    </w:p>
    <w:p w14:paraId="4F2AD3B3" w14:textId="5E4051E5" w:rsidR="00113F5F" w:rsidRDefault="00310A56">
      <w:r>
        <w:t>I understand that participation in PBF activities, tournaments, meetings, and events involves risks, including boating, fishing, travel, weather conditions, water hazards, equipment failure, and the actions of others.</w:t>
      </w:r>
      <w:r>
        <w:br/>
      </w:r>
      <w:r>
        <w:br/>
        <w:t>I voluntarily choose to participate and accept all risks associated with my participation. I acknowledge that I am solely responsible for my own safety, actions, equipment, and personal property.</w:t>
      </w:r>
      <w:r>
        <w:br/>
      </w:r>
      <w:r>
        <w:br/>
        <w:t xml:space="preserve">In consideration of being allowed to participate, I release, waive, discharge, and hold harmless Priest Bass Fishing (PBF), its organizers, officers, members, volunteers, sponsors, and affiliates from any claims, liabilities, damages, losses, or expenses arising from my participation, including injury, illness, </w:t>
      </w:r>
      <w:r>
        <w:t>death, or property damage, except where prohibited by law.</w:t>
      </w:r>
    </w:p>
    <w:p w14:paraId="390851B2" w14:textId="77777777" w:rsidR="00113F5F" w:rsidRDefault="00310A56">
      <w:pPr>
        <w:pStyle w:val="Heading2"/>
      </w:pPr>
      <w:r>
        <w:t>Additional Acknowledgements</w:t>
      </w:r>
    </w:p>
    <w:p w14:paraId="0F32E113" w14:textId="5034A959" w:rsidR="00113F5F" w:rsidRDefault="00310A56">
      <w:r>
        <w:t>By signing this Membership Application, I acknowledge and agree that:</w:t>
      </w:r>
    </w:p>
    <w:p w14:paraId="2DF14D5A" w14:textId="45DD3493" w:rsidR="00113F5F" w:rsidRDefault="00310A56">
      <w:pPr>
        <w:pStyle w:val="ListBullet"/>
      </w:pPr>
      <w:r>
        <w:t>I have read and agree to the current Priest Bass Fishing (PBF) Tournament Rules.</w:t>
      </w:r>
    </w:p>
    <w:p w14:paraId="1D31390F" w14:textId="0F946DCB" w:rsidR="00113F5F" w:rsidRDefault="00310A56">
      <w:pPr>
        <w:pStyle w:val="ListBullet"/>
      </w:pPr>
      <w:r>
        <w:t>I have read and agree to the Privacy Policy and Terms &amp; Conditions available at www.priestbassfishing.com.</w:t>
      </w:r>
    </w:p>
    <w:p w14:paraId="0466B33E" w14:textId="22ADB4B8" w:rsidR="00113F5F" w:rsidRDefault="00310A56">
      <w:pPr>
        <w:pStyle w:val="ListBullet"/>
      </w:pPr>
      <w:r>
        <w:t>If I elect to receive SMS communications, I consent to receive recurring text messages from Priest Bass Fishing (PBF) regarding tournament registration reminders, tournament updates, weather alerts, championship invitations, and other PBF communications.</w:t>
      </w:r>
    </w:p>
    <w:p w14:paraId="72F70D3D" w14:textId="6C89D8A5" w:rsidR="00113F5F" w:rsidRDefault="00310A56">
      <w:pPr>
        <w:pStyle w:val="ListBullet"/>
      </w:pPr>
      <w:r>
        <w:t>Message frequency varies. Message and data rates may apply. Reply STOP to opt out or HELP for assistance.</w:t>
      </w:r>
    </w:p>
    <w:p w14:paraId="15B9F9DA" w14:textId="3CCD8836" w:rsidR="00113F5F" w:rsidRDefault="00310A56">
      <w:r>
        <w:t>Signature: ________________________________________________</w:t>
      </w:r>
    </w:p>
    <w:p w14:paraId="1AB2CAE8" w14:textId="33EF60F3" w:rsidR="00113F5F" w:rsidRDefault="002B5C4E">
      <w:r>
        <w:rPr>
          <w:noProof/>
        </w:rPr>
        <w:drawing>
          <wp:anchor distT="0" distB="0" distL="114300" distR="114300" simplePos="0" relativeHeight="251664384" behindDoc="1" locked="0" layoutInCell="1" allowOverlap="1" wp14:anchorId="0AF24E6C" wp14:editId="7F21D982">
            <wp:simplePos x="0" y="0"/>
            <wp:positionH relativeFrom="column">
              <wp:posOffset>0</wp:posOffset>
            </wp:positionH>
            <wp:positionV relativeFrom="paragraph">
              <wp:posOffset>27305</wp:posOffset>
            </wp:positionV>
            <wp:extent cx="5486400" cy="2362200"/>
            <wp:effectExtent l="0" t="0" r="0" b="0"/>
            <wp:wrapNone/>
            <wp:docPr id="75307313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073134" name="Picture 753073134"/>
                    <pic:cNvPicPr/>
                  </pic:nvPicPr>
                  <pic:blipFill>
                    <a:blip r:embed="rId8">
                      <a:alphaModFix am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10A56">
        <w:t>Printed Name: ____________________________________________</w:t>
      </w:r>
    </w:p>
    <w:p w14:paraId="581EEE49" w14:textId="0706A11A" w:rsidR="00113F5F" w:rsidRDefault="00310A56">
      <w:r>
        <w:t>Date: __________________________</w:t>
      </w:r>
    </w:p>
    <w:sectPr w:rsidR="00113F5F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E0B62" w14:textId="77777777" w:rsidR="00310A56" w:rsidRDefault="00310A56" w:rsidP="002B5C4E">
      <w:pPr>
        <w:spacing w:after="0" w:line="240" w:lineRule="auto"/>
      </w:pPr>
      <w:r>
        <w:separator/>
      </w:r>
    </w:p>
  </w:endnote>
  <w:endnote w:type="continuationSeparator" w:id="0">
    <w:p w14:paraId="5B3C45BF" w14:textId="77777777" w:rsidR="00310A56" w:rsidRDefault="00310A56" w:rsidP="002B5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57164F" w14:textId="77777777" w:rsidR="00310A56" w:rsidRDefault="00310A56" w:rsidP="002B5C4E">
      <w:pPr>
        <w:spacing w:after="0" w:line="240" w:lineRule="auto"/>
      </w:pPr>
      <w:r>
        <w:separator/>
      </w:r>
    </w:p>
  </w:footnote>
  <w:footnote w:type="continuationSeparator" w:id="0">
    <w:p w14:paraId="22CAC664" w14:textId="77777777" w:rsidR="00310A56" w:rsidRDefault="00310A56" w:rsidP="002B5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336F2" w14:textId="77777777" w:rsidR="002B5C4E" w:rsidRDefault="002B5C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01147808">
    <w:abstractNumId w:val="8"/>
  </w:num>
  <w:num w:numId="2" w16cid:durableId="1063679947">
    <w:abstractNumId w:val="6"/>
  </w:num>
  <w:num w:numId="3" w16cid:durableId="586115789">
    <w:abstractNumId w:val="5"/>
  </w:num>
  <w:num w:numId="4" w16cid:durableId="1410155204">
    <w:abstractNumId w:val="4"/>
  </w:num>
  <w:num w:numId="5" w16cid:durableId="1115127729">
    <w:abstractNumId w:val="7"/>
  </w:num>
  <w:num w:numId="6" w16cid:durableId="13963605">
    <w:abstractNumId w:val="3"/>
  </w:num>
  <w:num w:numId="7" w16cid:durableId="224340809">
    <w:abstractNumId w:val="2"/>
  </w:num>
  <w:num w:numId="8" w16cid:durableId="697854554">
    <w:abstractNumId w:val="1"/>
  </w:num>
  <w:num w:numId="9" w16cid:durableId="840201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3F5F"/>
    <w:rsid w:val="0015074B"/>
    <w:rsid w:val="0029639D"/>
    <w:rsid w:val="002B5C4E"/>
    <w:rsid w:val="00310A56"/>
    <w:rsid w:val="00326F90"/>
    <w:rsid w:val="00952F7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C87A72F"/>
  <w14:defaultImageDpi w14:val="300"/>
  <w15:docId w15:val="{E6E31041-35B5-46F6-BCD2-73513C47A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Chace Crowe</cp:lastModifiedBy>
  <cp:revision>2</cp:revision>
  <dcterms:created xsi:type="dcterms:W3CDTF">2026-07-21T23:50:00Z</dcterms:created>
  <dcterms:modified xsi:type="dcterms:W3CDTF">2026-07-21T23:50:00Z</dcterms:modified>
  <cp:category/>
</cp:coreProperties>
</file>